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המילה המתאימה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מילה נרדפת למילה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הנרדפת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בזריזות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מילים נרדפות, 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צריך לבחור את המילה המתאימה ביותר למשמעות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ילקוט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נחפז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הנרדפת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במשחק 'השלימו את המשפט'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עם המילה המסומנת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משמעות המילה המסומנת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מילה נרדפת מתאימה מבין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שהמשפט נשמע נכון עם המילה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שמתי את הספר בילקוט. שמתי את הספר בתיק.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מתאימה למילים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מתאימה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עליז, מאושר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מהמשפט 'שמתי את המחברת בילקוט' כדי לחבר לדף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חיפוש מילים נרדפות נוספות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לבחור מילה שדומה במשמעות למילה אחרת, כדי להשלים משפט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אותה משמעות, כמו ילקוט ותיק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הפוכות במשמעות,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שמחוברות ויש להן משמעות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להשלים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את המילה הנכונה במקום החסר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 לאותו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ילקוט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שלוקחים איתו לבית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נחפז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הנרדפת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במשמעות ל'ילקוט'?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ל'נחפז'?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שדומה ל'שמח'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שדומה ל'יפה'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מילה שדומה ל'גדול'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מילה שדומה ל'מהר'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'תיק' ו'ילקוט' הן מילים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משפט יש רק מילה אחת נכונה להשלמה.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שמתי את המחברות ב__________ (מילה נרדפת לתיק).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היה __________ כי איחר לאוטובוס (מילה נרדפת לממהר).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הציור הזה __________ מאוד (מילה נרדפת ליפה).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הזה __________ מאוד, יש בו הרבה חדרים (מילה נרדפת לגדול).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הנרדפת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ילקוט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נחפז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במשחק 'השלימו את המשפט'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משמעות המילה המסומנת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שהמשפט נשמע נכון עם המילה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עם המילה המסומנת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מילה נרדפת מתאימה מבין האפשרויות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'ילקוט', ואז כתבו אותו משפט עם מילה נרדפת במקומה.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הפוכה?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למילה 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