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המילה המתאימה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מילה נרדפת למילה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הנרדפת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מילים נרדפות, 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ילקוט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נחפז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הנרדפת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במשחק 'השלימו את המשפט'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עם המילה המסומנת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משמעות המילה המסומנת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מילה נרדפת מתאימה מבין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שהמשפט נשמע נכון עם המילה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שמתי את הספר בילקוט. שמתי את הספר בתיק.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מתאימה למילים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מתאימה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עליז, מאושר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מהמשפט 'שמתי את המחברת בילקוט' כדי לחבר לדף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חיפוש מילים נרדפות נוספות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'השלימו את המשפט' בוחרים את המילה הנרדפת המתאימה כדי להשלים משפט בצורה נכונה. בדף הזה נתרגל מילים נרדפות והפכים.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נחפז  ·  ילקוט  ·  נאה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הנרדפת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שמתי את המחברת בילקוט. מילה נרדפת ל'ילקוט':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הילד רץ מהר כי היה נחפז. מילה נרדפת ל'נחפז':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מילה נרדפת ל'שמח':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נרדפות הן מילים בעלות משמעות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'תיק' ו'ילקוט' הן מילים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שמתי את המחברות ב__________ (מילה נרדפת לתיק).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היה __________ כי איחר לאוטובוס (מילה נרדפת לממהר).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הציור הזה __________ מאוד (מילה נרדפת ליפה).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למילה הנרדפת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ילקוט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נחפז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במשחק 'השלימו את המשפט'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על משמעות המילה המסומנת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מילה נרדפת מתאימה מבין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שהמשפט נשמע נכון עם המילה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המשפט עם המילה המסומנת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משלכם עם המילה 'ילקוט', ואז כתבו אותו משפט עם מילה נרדפת במקומה.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הפוכה?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